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27C599" w14:textId="77777777" w:rsidR="007B7E4C" w:rsidRDefault="007B7E4C">
      <w:pPr>
        <w:pStyle w:val="Pavilion"/>
        <w:rPr>
          <w:rFonts w:ascii="Arial" w:hAnsi="Arial" w:cs="Arial"/>
          <w:sz w:val="18"/>
          <w:szCs w:val="20"/>
          <w:lang w:val="sq-AL"/>
        </w:rPr>
      </w:pPr>
    </w:p>
    <w:p w14:paraId="08609462" w14:textId="0097DDE2" w:rsidR="007A3691" w:rsidRPr="007B7E4C" w:rsidRDefault="00C079B9">
      <w:pPr>
        <w:pStyle w:val="Pavilion"/>
        <w:rPr>
          <w:rFonts w:ascii="Arial" w:hAnsi="Arial" w:cs="Arial"/>
          <w:sz w:val="18"/>
          <w:szCs w:val="20"/>
          <w:lang w:val="sq-AL"/>
        </w:rPr>
      </w:pPr>
      <w:r w:rsidRPr="00AF7986">
        <w:rPr>
          <w:rFonts w:ascii="Arial" w:hAnsi="Arial" w:cs="Arial"/>
          <w:sz w:val="18"/>
          <w:szCs w:val="20"/>
          <w:lang w:val="sq-AL"/>
        </w:rPr>
        <w:t>PAVIJONI I SHQIPËRISË NË COP31   /   ALBANIA PAVILION AT COP31</w:t>
      </w:r>
    </w:p>
    <w:p w14:paraId="7C292055" w14:textId="50A9091A" w:rsidR="007A3691" w:rsidRPr="00380E35" w:rsidRDefault="007B7E4C">
      <w:pPr>
        <w:pStyle w:val="Title"/>
        <w:rPr>
          <w:rFonts w:ascii="Arial" w:hAnsi="Arial" w:cs="Arial"/>
          <w:color w:val="365F91" w:themeColor="accent1" w:themeShade="BF"/>
          <w:sz w:val="40"/>
          <w:szCs w:val="40"/>
          <w:lang w:val="sq-AL"/>
        </w:rPr>
      </w:pPr>
      <w:r w:rsidRPr="00380E35">
        <w:rPr>
          <w:rFonts w:ascii="Arial" w:hAnsi="Arial" w:cs="Arial"/>
          <w:color w:val="365F91" w:themeColor="accent1" w:themeShade="BF"/>
          <w:sz w:val="40"/>
          <w:szCs w:val="40"/>
          <w:lang w:val="sq-AL"/>
        </w:rPr>
        <w:t>FORMULAR PËR PROPOZIM</w:t>
      </w:r>
      <w:r w:rsidR="007E600F" w:rsidRPr="00380E35">
        <w:rPr>
          <w:rFonts w:ascii="Arial" w:hAnsi="Arial" w:cs="Arial"/>
          <w:color w:val="365F91" w:themeColor="accent1" w:themeShade="BF"/>
          <w:sz w:val="40"/>
          <w:szCs w:val="40"/>
          <w:lang w:val="sq-AL"/>
        </w:rPr>
        <w:t xml:space="preserve"> </w:t>
      </w:r>
      <w:r w:rsidRPr="00380E35">
        <w:rPr>
          <w:rFonts w:ascii="Arial" w:hAnsi="Arial" w:cs="Arial"/>
          <w:color w:val="365F91" w:themeColor="accent1" w:themeShade="BF"/>
          <w:sz w:val="40"/>
          <w:szCs w:val="40"/>
          <w:lang w:val="sq-AL"/>
        </w:rPr>
        <w:t>AKTIVITETI</w:t>
      </w:r>
      <w:r w:rsidR="007E600F" w:rsidRPr="00380E35">
        <w:rPr>
          <w:rFonts w:ascii="Arial" w:hAnsi="Arial" w:cs="Arial"/>
          <w:color w:val="365F91" w:themeColor="accent1" w:themeShade="BF"/>
          <w:sz w:val="40"/>
          <w:szCs w:val="40"/>
          <w:lang w:val="sq-AL"/>
        </w:rPr>
        <w:t xml:space="preserve"> </w:t>
      </w:r>
    </w:p>
    <w:p w14:paraId="50CA4793" w14:textId="77777777" w:rsidR="007A3691" w:rsidRPr="007E600F" w:rsidRDefault="00C079B9">
      <w:pPr>
        <w:pStyle w:val="EnglishTitle"/>
        <w:rPr>
          <w:rFonts w:ascii="Arial" w:hAnsi="Arial" w:cs="Arial"/>
          <w:sz w:val="28"/>
          <w:szCs w:val="20"/>
          <w:lang w:val="sq-AL"/>
        </w:rPr>
      </w:pPr>
      <w:r w:rsidRPr="007E600F">
        <w:rPr>
          <w:rFonts w:ascii="Arial" w:hAnsi="Arial" w:cs="Arial"/>
          <w:sz w:val="28"/>
          <w:szCs w:val="20"/>
          <w:lang w:val="sq-AL"/>
        </w:rPr>
        <w:t>Event proposal form</w:t>
      </w:r>
    </w:p>
    <w:p w14:paraId="7B28C56A" w14:textId="039B92D7" w:rsidR="007A3691" w:rsidRPr="007E600F" w:rsidRDefault="00C079B9">
      <w:pPr>
        <w:pStyle w:val="LocationDate"/>
        <w:rPr>
          <w:rFonts w:ascii="Arial" w:hAnsi="Arial" w:cs="Arial"/>
          <w:sz w:val="20"/>
          <w:szCs w:val="20"/>
          <w:lang w:val="sq-AL"/>
        </w:rPr>
      </w:pPr>
      <w:r w:rsidRPr="00AF7986">
        <w:rPr>
          <w:rFonts w:ascii="Arial" w:hAnsi="Arial" w:cs="Arial"/>
          <w:sz w:val="20"/>
          <w:szCs w:val="20"/>
          <w:lang w:val="sq-AL"/>
        </w:rPr>
        <w:t xml:space="preserve"> Antalya ·  Zona Blu / Blue Zone</w:t>
      </w:r>
    </w:p>
    <w:p w14:paraId="662A6CBD" w14:textId="77777777" w:rsidR="007A3691" w:rsidRPr="00AF7986" w:rsidRDefault="00C079B9">
      <w:pPr>
        <w:pStyle w:val="Instructions"/>
        <w:rPr>
          <w:rFonts w:ascii="Arial" w:hAnsi="Arial" w:cs="Arial"/>
          <w:sz w:val="18"/>
          <w:szCs w:val="20"/>
        </w:rPr>
      </w:pPr>
      <w:r w:rsidRPr="00AF7986">
        <w:rPr>
          <w:rFonts w:ascii="Arial" w:hAnsi="Arial" w:cs="Arial"/>
          <w:sz w:val="18"/>
          <w:szCs w:val="20"/>
          <w:lang w:val="sq-AL"/>
        </w:rPr>
        <w:t>Plotësojeni në shqip ose anglisht.  /  Please complete this form in Albanian or English.</w:t>
      </w:r>
    </w:p>
    <w:p w14:paraId="049A8AF8" w14:textId="77777777" w:rsidR="007A3691" w:rsidRPr="00AF7986" w:rsidRDefault="00C079B9">
      <w:pPr>
        <w:pStyle w:val="FieldLabel"/>
        <w:rPr>
          <w:rFonts w:ascii="Arial" w:hAnsi="Arial" w:cs="Arial"/>
          <w:sz w:val="20"/>
          <w:szCs w:val="20"/>
        </w:rPr>
      </w:pPr>
      <w:r w:rsidRPr="00AF7986">
        <w:rPr>
          <w:rFonts w:ascii="Arial" w:hAnsi="Arial" w:cs="Arial"/>
          <w:sz w:val="20"/>
          <w:szCs w:val="20"/>
          <w:lang w:val="sq-AL"/>
        </w:rPr>
        <w:t>Organizatori dhe partnerët</w:t>
      </w:r>
      <w:r w:rsidRPr="00AF7986">
        <w:rPr>
          <w:rFonts w:ascii="Arial" w:hAnsi="Arial" w:cs="Arial"/>
          <w:b w:val="0"/>
          <w:sz w:val="20"/>
          <w:szCs w:val="20"/>
          <w:lang w:val="en-GB"/>
        </w:rPr>
        <w:t xml:space="preserve">   /   Organiser and partners</w:t>
      </w:r>
    </w:p>
    <w:p w14:paraId="37D20CAF" w14:textId="77777777" w:rsidR="007A3691" w:rsidRPr="00AF7986" w:rsidRDefault="00000000">
      <w:pPr>
        <w:pStyle w:val="Answer"/>
        <w:pBdr>
          <w:bottom w:val="single" w:sz="4" w:space="3" w:color="CFD3D7"/>
        </w:pBdr>
        <w:shd w:val="clear" w:color="auto" w:fill="F4F5F6"/>
        <w:ind w:left="100" w:right="60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alias w:val="Organiser and partners"/>
          <w:tag w:val="organiser"/>
          <w:id w:val="780101"/>
          <w:placeholder>
            <w:docPart w:val="PavilionPlaceholder1"/>
          </w:placeholder>
          <w:showingPlcHdr/>
          <w:text/>
        </w:sdtPr>
        <w:sdtContent>
          <w:r w:rsidR="00C079B9" w:rsidRPr="00AF7986">
            <w:rPr>
              <w:rFonts w:ascii="Arial" w:hAnsi="Arial" w:cs="Arial"/>
              <w:sz w:val="20"/>
              <w:szCs w:val="20"/>
            </w:rPr>
            <w:t>Emri i organizatorit dhe, nëse ka, i partnerëve / Name of organiser and any partners</w:t>
          </w:r>
        </w:sdtContent>
      </w:sdt>
    </w:p>
    <w:p w14:paraId="079883CD" w14:textId="77777777" w:rsidR="007A3691" w:rsidRPr="00AF7986" w:rsidRDefault="00C079B9">
      <w:pPr>
        <w:pStyle w:val="FieldLabel"/>
        <w:rPr>
          <w:rFonts w:ascii="Arial" w:hAnsi="Arial" w:cs="Arial"/>
          <w:sz w:val="20"/>
          <w:szCs w:val="20"/>
        </w:rPr>
      </w:pPr>
      <w:r w:rsidRPr="00AF7986">
        <w:rPr>
          <w:rFonts w:ascii="Arial" w:hAnsi="Arial" w:cs="Arial"/>
          <w:sz w:val="20"/>
          <w:szCs w:val="20"/>
          <w:lang w:val="sq-AL"/>
        </w:rPr>
        <w:t>Personi i kontaktit</w:t>
      </w:r>
      <w:r w:rsidRPr="00AF7986">
        <w:rPr>
          <w:rFonts w:ascii="Arial" w:hAnsi="Arial" w:cs="Arial"/>
          <w:b w:val="0"/>
          <w:sz w:val="20"/>
          <w:szCs w:val="20"/>
          <w:lang w:val="en-GB"/>
        </w:rPr>
        <w:t xml:space="preserve">   /   Contact person</w:t>
      </w:r>
    </w:p>
    <w:p w14:paraId="0104F88A" w14:textId="77777777" w:rsidR="007A3691" w:rsidRPr="00AF7986" w:rsidRDefault="00000000">
      <w:pPr>
        <w:pStyle w:val="Answer"/>
        <w:pBdr>
          <w:bottom w:val="single" w:sz="4" w:space="3" w:color="CFD3D7"/>
        </w:pBdr>
        <w:shd w:val="clear" w:color="auto" w:fill="F4F5F6"/>
        <w:ind w:left="100" w:right="60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alias w:val="Contact person"/>
          <w:tag w:val="contact"/>
          <w:id w:val="780102"/>
          <w:placeholder>
            <w:docPart w:val="PavilionPlaceholder2"/>
          </w:placeholder>
          <w:showingPlcHdr/>
          <w:text/>
        </w:sdtPr>
        <w:sdtContent>
          <w:r w:rsidR="00C079B9" w:rsidRPr="00AF7986">
            <w:rPr>
              <w:rFonts w:ascii="Arial" w:hAnsi="Arial" w:cs="Arial"/>
              <w:sz w:val="20"/>
              <w:szCs w:val="20"/>
            </w:rPr>
            <w:t>Emri, mbiemri dhe adresa e emailit / Full name and email address</w:t>
          </w:r>
        </w:sdtContent>
      </w:sdt>
    </w:p>
    <w:p w14:paraId="36BF67ED" w14:textId="77777777" w:rsidR="007A3691" w:rsidRPr="00AF7986" w:rsidRDefault="00C079B9">
      <w:pPr>
        <w:pStyle w:val="FieldLabel"/>
        <w:rPr>
          <w:rFonts w:ascii="Arial" w:hAnsi="Arial" w:cs="Arial"/>
          <w:sz w:val="20"/>
          <w:szCs w:val="20"/>
        </w:rPr>
      </w:pPr>
      <w:r w:rsidRPr="00AF7986">
        <w:rPr>
          <w:rFonts w:ascii="Arial" w:hAnsi="Arial" w:cs="Arial"/>
          <w:sz w:val="20"/>
          <w:szCs w:val="20"/>
          <w:lang w:val="sq-AL"/>
        </w:rPr>
        <w:t>Titulli i aktivitetit</w:t>
      </w:r>
      <w:r w:rsidRPr="00AF7986">
        <w:rPr>
          <w:rFonts w:ascii="Arial" w:hAnsi="Arial" w:cs="Arial"/>
          <w:b w:val="0"/>
          <w:sz w:val="20"/>
          <w:szCs w:val="20"/>
          <w:lang w:val="en-GB"/>
        </w:rPr>
        <w:t xml:space="preserve">   /   Event title</w:t>
      </w:r>
    </w:p>
    <w:p w14:paraId="6802C5DD" w14:textId="77777777" w:rsidR="007A3691" w:rsidRPr="00AF7986" w:rsidRDefault="00000000">
      <w:pPr>
        <w:pStyle w:val="Answer"/>
        <w:pBdr>
          <w:bottom w:val="single" w:sz="4" w:space="3" w:color="CFD3D7"/>
        </w:pBdr>
        <w:shd w:val="clear" w:color="auto" w:fill="F4F5F6"/>
        <w:ind w:left="100" w:right="60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alias w:val="Event title"/>
          <w:tag w:val="title"/>
          <w:id w:val="780103"/>
          <w:placeholder>
            <w:docPart w:val="PavilionPlaceholder3"/>
          </w:placeholder>
          <w:showingPlcHdr/>
          <w:text/>
        </w:sdtPr>
        <w:sdtContent>
          <w:r w:rsidR="00C079B9" w:rsidRPr="00AF7986">
            <w:rPr>
              <w:rFonts w:ascii="Arial" w:hAnsi="Arial" w:cs="Arial"/>
              <w:sz w:val="20"/>
              <w:szCs w:val="20"/>
            </w:rPr>
            <w:t>Titulli i propozuar / Proposed title</w:t>
          </w:r>
        </w:sdtContent>
      </w:sdt>
    </w:p>
    <w:p w14:paraId="4D6DA1A0" w14:textId="77777777" w:rsidR="007A3691" w:rsidRPr="00AF7986" w:rsidRDefault="00C079B9">
      <w:pPr>
        <w:pStyle w:val="FieldLabel"/>
        <w:rPr>
          <w:rFonts w:ascii="Arial" w:hAnsi="Arial" w:cs="Arial"/>
          <w:sz w:val="20"/>
          <w:szCs w:val="20"/>
        </w:rPr>
      </w:pPr>
      <w:r w:rsidRPr="00AF7986">
        <w:rPr>
          <w:rFonts w:ascii="Arial" w:hAnsi="Arial" w:cs="Arial"/>
          <w:sz w:val="20"/>
          <w:szCs w:val="20"/>
          <w:lang w:val="sq-AL"/>
        </w:rPr>
        <w:t>Përshkrimi i aktivitetit</w:t>
      </w:r>
      <w:r w:rsidRPr="00AF7986">
        <w:rPr>
          <w:rFonts w:ascii="Arial" w:hAnsi="Arial" w:cs="Arial"/>
          <w:b w:val="0"/>
          <w:sz w:val="20"/>
          <w:szCs w:val="20"/>
          <w:lang w:val="en-GB"/>
        </w:rPr>
        <w:t xml:space="preserve">   /   Event overview</w:t>
      </w:r>
    </w:p>
    <w:p w14:paraId="01DE5803" w14:textId="77777777" w:rsidR="007A3691" w:rsidRPr="00AF7986" w:rsidRDefault="00C079B9">
      <w:pPr>
        <w:pStyle w:val="Help"/>
        <w:rPr>
          <w:rFonts w:ascii="Arial" w:hAnsi="Arial" w:cs="Arial"/>
          <w:sz w:val="18"/>
          <w:szCs w:val="20"/>
        </w:rPr>
      </w:pPr>
      <w:r w:rsidRPr="00AF7986">
        <w:rPr>
          <w:rFonts w:ascii="Arial" w:hAnsi="Arial" w:cs="Arial"/>
          <w:sz w:val="18"/>
          <w:szCs w:val="20"/>
          <w:lang w:val="sq-AL"/>
        </w:rPr>
        <w:t>Në 3–5 fjali, përshkruani temën, kujt i drejtohet aktiviteti dhe çfarë synoni të arrini.</w:t>
      </w:r>
      <w:r w:rsidRPr="00AF7986">
        <w:rPr>
          <w:rFonts w:ascii="Arial" w:hAnsi="Arial" w:cs="Arial"/>
          <w:sz w:val="18"/>
          <w:szCs w:val="20"/>
          <w:lang w:val="sq-AL"/>
        </w:rPr>
        <w:br/>
        <w:t>In 3–5 sentences, describe the topic, the intended audience and what you hope to achieve.</w:t>
      </w:r>
    </w:p>
    <w:p w14:paraId="49E3193F" w14:textId="77777777" w:rsidR="007A3691" w:rsidRPr="00AF7986" w:rsidRDefault="00000000">
      <w:pPr>
        <w:pStyle w:val="Answer"/>
        <w:pBdr>
          <w:bottom w:val="single" w:sz="4" w:space="3" w:color="CFD3D7"/>
        </w:pBdr>
        <w:shd w:val="clear" w:color="auto" w:fill="F4F5F6"/>
        <w:ind w:left="100" w:right="60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alias w:val="Event overview"/>
          <w:tag w:val="overview"/>
          <w:id w:val="780104"/>
          <w:placeholder>
            <w:docPart w:val="PavilionPlaceholder4"/>
          </w:placeholder>
          <w:showingPlcHdr/>
          <w:text w:multiLine="1"/>
        </w:sdtPr>
        <w:sdtContent>
          <w:r w:rsidR="00C079B9" w:rsidRPr="00AF7986">
            <w:rPr>
              <w:rFonts w:ascii="Arial" w:hAnsi="Arial" w:cs="Arial"/>
              <w:sz w:val="20"/>
              <w:szCs w:val="20"/>
            </w:rPr>
            <w:t>Shkruani këtu / Type here</w:t>
          </w:r>
          <w:r w:rsidR="00C079B9" w:rsidRPr="00AF7986">
            <w:rPr>
              <w:rFonts w:ascii="Arial" w:hAnsi="Arial" w:cs="Arial"/>
              <w:sz w:val="20"/>
              <w:szCs w:val="20"/>
            </w:rPr>
            <w:br/>
          </w:r>
          <w:r w:rsidR="00C079B9" w:rsidRPr="00AF7986">
            <w:rPr>
              <w:rFonts w:ascii="Arial" w:hAnsi="Arial" w:cs="Arial"/>
              <w:sz w:val="20"/>
              <w:szCs w:val="20"/>
            </w:rPr>
            <w:br/>
          </w:r>
        </w:sdtContent>
      </w:sdt>
    </w:p>
    <w:p w14:paraId="284C5B89" w14:textId="77777777" w:rsidR="007A3691" w:rsidRPr="00AF7986" w:rsidRDefault="00C079B9">
      <w:pPr>
        <w:pStyle w:val="FieldLabel"/>
        <w:rPr>
          <w:rFonts w:ascii="Arial" w:hAnsi="Arial" w:cs="Arial"/>
          <w:sz w:val="20"/>
          <w:szCs w:val="20"/>
        </w:rPr>
      </w:pPr>
      <w:r w:rsidRPr="00AF7986">
        <w:rPr>
          <w:rFonts w:ascii="Arial" w:hAnsi="Arial" w:cs="Arial"/>
          <w:sz w:val="20"/>
          <w:szCs w:val="20"/>
          <w:lang w:val="sq-AL"/>
        </w:rPr>
        <w:t>Formati i aktivitetit</w:t>
      </w:r>
      <w:r w:rsidRPr="00AF7986">
        <w:rPr>
          <w:rFonts w:ascii="Arial" w:hAnsi="Arial" w:cs="Arial"/>
          <w:b w:val="0"/>
          <w:sz w:val="20"/>
          <w:szCs w:val="20"/>
          <w:lang w:val="en-GB"/>
        </w:rPr>
        <w:t xml:space="preserve">   /   Event format</w:t>
      </w:r>
    </w:p>
    <w:p w14:paraId="1460527E" w14:textId="77777777" w:rsidR="007A3691" w:rsidRPr="00AF7986" w:rsidRDefault="00000000">
      <w:pPr>
        <w:pStyle w:val="Answer"/>
        <w:pBdr>
          <w:bottom w:val="single" w:sz="4" w:space="3" w:color="CFD3D7"/>
        </w:pBdr>
        <w:shd w:val="clear" w:color="auto" w:fill="F4F5F6"/>
        <w:ind w:left="100" w:right="60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alias w:val="Event format"/>
          <w:tag w:val="format"/>
          <w:id w:val="780105"/>
          <w:placeholder>
            <w:docPart w:val="PavilionPlaceholder5"/>
          </w:placeholder>
          <w:showingPlcHdr/>
          <w:dropDownList>
            <w:listItem w:displayText="Panel diskutimi / Panel discussion" w:value="1"/>
            <w:listItem w:displayText="Prezantim projekti / Project presentation" w:value="2"/>
            <w:listItem w:displayText="Tryezë diskutimi / Roundtable" w:value="3"/>
            <w:listItem w:displayText="Punëtori / Workshop" w:value="4"/>
            <w:listItem w:displayText="Demonstrim / Demonstration" w:value="5"/>
            <w:listItem w:displayText="Tjetër (specifikojeni në përshkrim) / Other (specify in overview)" w:value="6"/>
          </w:dropDownList>
        </w:sdtPr>
        <w:sdtContent>
          <w:r w:rsidR="00C079B9" w:rsidRPr="00AF7986">
            <w:rPr>
              <w:rFonts w:ascii="Arial" w:hAnsi="Arial" w:cs="Arial"/>
              <w:sz w:val="20"/>
              <w:szCs w:val="20"/>
            </w:rPr>
            <w:t>Zgjidhni formatin / Select a format</w:t>
          </w:r>
        </w:sdtContent>
      </w:sdt>
    </w:p>
    <w:p w14:paraId="4E495655" w14:textId="77777777" w:rsidR="007A3691" w:rsidRPr="00AF7986" w:rsidRDefault="00C079B9">
      <w:pPr>
        <w:pStyle w:val="FieldLabel"/>
        <w:rPr>
          <w:rFonts w:ascii="Arial" w:hAnsi="Arial" w:cs="Arial"/>
          <w:sz w:val="20"/>
          <w:szCs w:val="20"/>
        </w:rPr>
      </w:pPr>
      <w:r w:rsidRPr="00AF7986">
        <w:rPr>
          <w:rFonts w:ascii="Arial" w:hAnsi="Arial" w:cs="Arial"/>
          <w:sz w:val="20"/>
          <w:szCs w:val="20"/>
          <w:lang w:val="sq-AL"/>
        </w:rPr>
        <w:t>Kohëzgjatja dhe orari i preferuar</w:t>
      </w:r>
      <w:r w:rsidRPr="00AF7986">
        <w:rPr>
          <w:rFonts w:ascii="Arial" w:hAnsi="Arial" w:cs="Arial"/>
          <w:b w:val="0"/>
          <w:sz w:val="20"/>
          <w:szCs w:val="20"/>
          <w:lang w:val="en-GB"/>
        </w:rPr>
        <w:t xml:space="preserve">   /   Duration and preferred time</w:t>
      </w:r>
    </w:p>
    <w:p w14:paraId="6E81DB4F" w14:textId="77777777" w:rsidR="007A3691" w:rsidRPr="00AF7986" w:rsidRDefault="00000000">
      <w:pPr>
        <w:pStyle w:val="Answer"/>
        <w:pBdr>
          <w:bottom w:val="single" w:sz="4" w:space="3" w:color="CFD3D7"/>
        </w:pBdr>
        <w:shd w:val="clear" w:color="auto" w:fill="F4F5F6"/>
        <w:ind w:left="100" w:right="60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alias w:val="Duration and preferred time"/>
          <w:tag w:val="timing"/>
          <w:id w:val="780106"/>
          <w:placeholder>
            <w:docPart w:val="PavilionPlaceholder6"/>
          </w:placeholder>
          <w:showingPlcHdr/>
          <w:text/>
        </w:sdtPr>
        <w:sdtContent>
          <w:r w:rsidR="00C079B9" w:rsidRPr="00AF7986">
            <w:rPr>
              <w:rFonts w:ascii="Arial" w:hAnsi="Arial" w:cs="Arial"/>
              <w:sz w:val="20"/>
              <w:szCs w:val="20"/>
            </w:rPr>
            <w:t>P.sh. 45 minuta, paradite (ora lokale) / E.g. 45 minutes, morning (local time)</w:t>
          </w:r>
        </w:sdtContent>
      </w:sdt>
    </w:p>
    <w:p w14:paraId="06C75D24" w14:textId="77777777" w:rsidR="007A3691" w:rsidRPr="00AF7986" w:rsidRDefault="00C079B9">
      <w:pPr>
        <w:pStyle w:val="FieldLabel"/>
        <w:rPr>
          <w:rFonts w:ascii="Arial" w:hAnsi="Arial" w:cs="Arial"/>
          <w:sz w:val="20"/>
          <w:szCs w:val="20"/>
        </w:rPr>
      </w:pPr>
      <w:r w:rsidRPr="00AF7986">
        <w:rPr>
          <w:rFonts w:ascii="Arial" w:hAnsi="Arial" w:cs="Arial"/>
          <w:sz w:val="20"/>
          <w:szCs w:val="20"/>
          <w:lang w:val="sq-AL"/>
        </w:rPr>
        <w:t>Folësit e propozuar</w:t>
      </w:r>
      <w:r w:rsidRPr="00AF7986">
        <w:rPr>
          <w:rFonts w:ascii="Arial" w:hAnsi="Arial" w:cs="Arial"/>
          <w:b w:val="0"/>
          <w:sz w:val="20"/>
          <w:szCs w:val="20"/>
          <w:lang w:val="en-GB"/>
        </w:rPr>
        <w:t xml:space="preserve">   /   Proposed speakers</w:t>
      </w:r>
    </w:p>
    <w:p w14:paraId="294CCFDF" w14:textId="77777777" w:rsidR="007A3691" w:rsidRPr="00AF7986" w:rsidRDefault="00000000">
      <w:pPr>
        <w:pStyle w:val="Answer"/>
        <w:pBdr>
          <w:bottom w:val="single" w:sz="4" w:space="3" w:color="CFD3D7"/>
        </w:pBdr>
        <w:shd w:val="clear" w:color="auto" w:fill="F4F5F6"/>
        <w:ind w:left="100" w:right="60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alias w:val="Proposed speakers"/>
          <w:tag w:val="speakers"/>
          <w:id w:val="780107"/>
          <w:placeholder>
            <w:docPart w:val="PavilionPlaceholder7"/>
          </w:placeholder>
          <w:showingPlcHdr/>
          <w:text w:multiLine="1"/>
        </w:sdtPr>
        <w:sdtContent>
          <w:r w:rsidR="00C079B9" w:rsidRPr="00AF7986">
            <w:rPr>
              <w:rFonts w:ascii="Arial" w:hAnsi="Arial" w:cs="Arial"/>
              <w:sz w:val="20"/>
              <w:szCs w:val="20"/>
            </w:rPr>
            <w:t>Emri, institucioni dhe statusi (i ftuar ose i konfirmuar) / Name, affiliation and status (invited or confirmed)</w:t>
          </w:r>
          <w:r w:rsidR="00C079B9" w:rsidRPr="00AF7986">
            <w:rPr>
              <w:rFonts w:ascii="Arial" w:hAnsi="Arial" w:cs="Arial"/>
              <w:sz w:val="20"/>
              <w:szCs w:val="20"/>
            </w:rPr>
            <w:br/>
          </w:r>
        </w:sdtContent>
      </w:sdt>
    </w:p>
    <w:p w14:paraId="02CF74C8" w14:textId="70D7ABC5" w:rsidR="007A3691" w:rsidRPr="00AF7986" w:rsidRDefault="00244D96">
      <w:pPr>
        <w:pStyle w:val="FieldLabel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lang w:val="sq-AL"/>
        </w:rPr>
        <w:t xml:space="preserve">Anglishtja </w:t>
      </w:r>
      <w:r w:rsidR="00415A04">
        <w:rPr>
          <w:rFonts w:ascii="Arial" w:hAnsi="Arial" w:cs="Arial"/>
          <w:sz w:val="20"/>
          <w:szCs w:val="20"/>
          <w:lang w:val="sq-AL"/>
        </w:rPr>
        <w:t>ë</w:t>
      </w:r>
      <w:r>
        <w:rPr>
          <w:rFonts w:ascii="Arial" w:hAnsi="Arial" w:cs="Arial"/>
          <w:sz w:val="20"/>
          <w:szCs w:val="20"/>
          <w:lang w:val="sq-AL"/>
        </w:rPr>
        <w:t>sht</w:t>
      </w:r>
      <w:r w:rsidR="00415A04">
        <w:rPr>
          <w:rFonts w:ascii="Arial" w:hAnsi="Arial" w:cs="Arial"/>
          <w:sz w:val="20"/>
          <w:szCs w:val="20"/>
          <w:lang w:val="sq-AL"/>
        </w:rPr>
        <w:t>ë</w:t>
      </w:r>
      <w:r>
        <w:rPr>
          <w:rFonts w:ascii="Arial" w:hAnsi="Arial" w:cs="Arial"/>
          <w:sz w:val="20"/>
          <w:szCs w:val="20"/>
          <w:lang w:val="sq-AL"/>
        </w:rPr>
        <w:t xml:space="preserve"> </w:t>
      </w:r>
      <w:r w:rsidR="00415A04">
        <w:rPr>
          <w:rFonts w:ascii="Arial" w:hAnsi="Arial" w:cs="Arial"/>
          <w:sz w:val="20"/>
          <w:szCs w:val="20"/>
          <w:lang w:val="sq-AL"/>
        </w:rPr>
        <w:t>g</w:t>
      </w:r>
      <w:r w:rsidR="00C079B9" w:rsidRPr="00AF7986">
        <w:rPr>
          <w:rFonts w:ascii="Arial" w:hAnsi="Arial" w:cs="Arial"/>
          <w:sz w:val="20"/>
          <w:szCs w:val="20"/>
          <w:lang w:val="sq-AL"/>
        </w:rPr>
        <w:t>juha e aktivitetit</w:t>
      </w:r>
      <w:r w:rsidR="00C079B9" w:rsidRPr="00AF7986">
        <w:rPr>
          <w:rFonts w:ascii="Arial" w:hAnsi="Arial" w:cs="Arial"/>
          <w:b w:val="0"/>
          <w:sz w:val="20"/>
          <w:szCs w:val="20"/>
          <w:lang w:val="en-GB"/>
        </w:rPr>
        <w:t xml:space="preserve">   /   Language of the event</w:t>
      </w:r>
      <w:r w:rsidR="00415A04">
        <w:rPr>
          <w:rFonts w:ascii="Arial" w:hAnsi="Arial" w:cs="Arial"/>
          <w:b w:val="0"/>
          <w:sz w:val="20"/>
          <w:szCs w:val="20"/>
          <w:lang w:val="en-GB"/>
        </w:rPr>
        <w:t xml:space="preserve"> is English</w:t>
      </w:r>
    </w:p>
    <w:p w14:paraId="6BBFDD2B" w14:textId="77777777" w:rsidR="007A3691" w:rsidRPr="00AF7986" w:rsidRDefault="00000000">
      <w:pPr>
        <w:pStyle w:val="Answer"/>
        <w:pBdr>
          <w:bottom w:val="single" w:sz="4" w:space="3" w:color="CFD3D7"/>
        </w:pBdr>
        <w:shd w:val="clear" w:color="auto" w:fill="F4F5F6"/>
        <w:ind w:left="100" w:right="60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alias w:val="Language of the event"/>
          <w:tag w:val="language"/>
          <w:id w:val="780108"/>
          <w:placeholder>
            <w:docPart w:val="PavilionPlaceholder8"/>
          </w:placeholder>
          <w:showingPlcHdr/>
          <w:text/>
        </w:sdtPr>
        <w:sdtContent>
          <w:r w:rsidR="00C079B9" w:rsidRPr="00AF7986">
            <w:rPr>
              <w:rFonts w:ascii="Arial" w:hAnsi="Arial" w:cs="Arial"/>
              <w:sz w:val="20"/>
              <w:szCs w:val="20"/>
            </w:rPr>
            <w:t>Gjuha ose gjuhët e parashikuara / Proposed language or languages</w:t>
          </w:r>
        </w:sdtContent>
      </w:sdt>
    </w:p>
    <w:p w14:paraId="3A94A386" w14:textId="77777777" w:rsidR="007A3691" w:rsidRPr="00AF7986" w:rsidRDefault="00C079B9">
      <w:pPr>
        <w:pStyle w:val="FieldLabel"/>
        <w:rPr>
          <w:rFonts w:ascii="Arial" w:hAnsi="Arial" w:cs="Arial"/>
          <w:sz w:val="20"/>
          <w:szCs w:val="20"/>
        </w:rPr>
      </w:pPr>
      <w:r w:rsidRPr="00AF7986">
        <w:rPr>
          <w:rFonts w:ascii="Arial" w:hAnsi="Arial" w:cs="Arial"/>
          <w:sz w:val="20"/>
          <w:szCs w:val="20"/>
          <w:lang w:val="sq-AL"/>
        </w:rPr>
        <w:t>Akreditimi i ekipit dhe i folësve për Zonën Blu</w:t>
      </w:r>
      <w:r w:rsidRPr="00AF7986">
        <w:rPr>
          <w:rFonts w:ascii="Arial" w:hAnsi="Arial" w:cs="Arial"/>
          <w:b w:val="0"/>
          <w:sz w:val="20"/>
          <w:szCs w:val="20"/>
          <w:lang w:val="en-GB"/>
        </w:rPr>
        <w:t xml:space="preserve">   /   Blue Zone accreditation for the team and speakers</w:t>
      </w:r>
    </w:p>
    <w:p w14:paraId="7352219F" w14:textId="77777777" w:rsidR="007A3691" w:rsidRPr="00AF7986" w:rsidRDefault="00000000">
      <w:pPr>
        <w:pStyle w:val="Answer"/>
        <w:pBdr>
          <w:bottom w:val="single" w:sz="4" w:space="3" w:color="CFD3D7"/>
        </w:pBdr>
        <w:shd w:val="clear" w:color="auto" w:fill="F4F5F6"/>
        <w:ind w:left="100" w:right="60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alias w:val="Blue Zone accreditation for the team and speakers"/>
          <w:tag w:val="accreditation"/>
          <w:id w:val="780109"/>
          <w:placeholder>
            <w:docPart w:val="PavilionPlaceholder9"/>
          </w:placeholder>
          <w:showingPlcHdr/>
          <w:dropDownList>
            <w:listItem w:displayText="I konfirmuar për të gjithë / Confirmed for everyone" w:value="1"/>
            <w:listItem w:displayText="I konfirmuar për disa pjesëmarrës / Confirmed for some participants" w:value="2"/>
            <w:listItem w:displayText="Në proces / Pending" w:value="3"/>
            <w:listItem w:displayText="Pa akreditim / No accreditation" w:value="4"/>
            <w:listItem w:displayText="Ende për t’u verifikuar / To be checked" w:value="5"/>
          </w:dropDownList>
        </w:sdtPr>
        <w:sdtContent>
          <w:r w:rsidR="00C079B9" w:rsidRPr="00AF7986">
            <w:rPr>
              <w:rFonts w:ascii="Arial" w:hAnsi="Arial" w:cs="Arial"/>
              <w:sz w:val="20"/>
              <w:szCs w:val="20"/>
            </w:rPr>
            <w:t>Zgjidhni statusin aktual / Select current status</w:t>
          </w:r>
        </w:sdtContent>
      </w:sdt>
    </w:p>
    <w:p w14:paraId="30E0B7B7" w14:textId="77777777" w:rsidR="007A3691" w:rsidRPr="00AF7986" w:rsidRDefault="00C079B9">
      <w:pPr>
        <w:pStyle w:val="FieldLabel"/>
        <w:rPr>
          <w:rFonts w:ascii="Arial" w:hAnsi="Arial" w:cs="Arial"/>
          <w:sz w:val="20"/>
          <w:szCs w:val="20"/>
        </w:rPr>
      </w:pPr>
      <w:r w:rsidRPr="00AF7986">
        <w:rPr>
          <w:rFonts w:ascii="Arial" w:hAnsi="Arial" w:cs="Arial"/>
          <w:sz w:val="20"/>
          <w:szCs w:val="20"/>
          <w:lang w:val="sq-AL"/>
        </w:rPr>
        <w:t>Nevoja teknike ose për aksesueshmëri</w:t>
      </w:r>
      <w:r w:rsidRPr="00AF7986">
        <w:rPr>
          <w:rFonts w:ascii="Arial" w:hAnsi="Arial" w:cs="Arial"/>
          <w:b w:val="0"/>
          <w:sz w:val="20"/>
          <w:szCs w:val="20"/>
          <w:lang w:val="en-GB"/>
        </w:rPr>
        <w:t xml:space="preserve">   /   Technical or accessibility requirements</w:t>
      </w:r>
    </w:p>
    <w:p w14:paraId="37F4B123" w14:textId="77777777" w:rsidR="007A3691" w:rsidRPr="00AF7986" w:rsidRDefault="00000000">
      <w:pPr>
        <w:pStyle w:val="Answer"/>
        <w:pBdr>
          <w:bottom w:val="single" w:sz="4" w:space="3" w:color="CFD3D7"/>
        </w:pBdr>
        <w:shd w:val="clear" w:color="auto" w:fill="F4F5F6"/>
        <w:ind w:left="100" w:right="60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alias w:val="Technical or accessibility requirements"/>
          <w:tag w:val="requirements"/>
          <w:id w:val="780110"/>
          <w:placeholder>
            <w:docPart w:val="PavilionPlaceholder10"/>
          </w:placeholder>
          <w:showingPlcHdr/>
          <w:text w:multiLine="1"/>
        </w:sdtPr>
        <w:sdtContent>
          <w:r w:rsidR="00C079B9" w:rsidRPr="00AF7986">
            <w:rPr>
              <w:rFonts w:ascii="Arial" w:hAnsi="Arial" w:cs="Arial"/>
              <w:sz w:val="20"/>
              <w:szCs w:val="20"/>
            </w:rPr>
            <w:t>Plotësojeni nëse keni kërkesa të veçanta / Please specify any requirements, if applicable</w:t>
          </w:r>
        </w:sdtContent>
      </w:sdt>
    </w:p>
    <w:p w14:paraId="413C5465" w14:textId="125D6DD9" w:rsidR="007A3691" w:rsidRPr="004074C9" w:rsidRDefault="00237FBB">
      <w:pPr>
        <w:pStyle w:val="EndNote"/>
        <w:spacing w:before="160"/>
        <w:rPr>
          <w:rFonts w:ascii="Arial" w:hAnsi="Arial" w:cs="Arial"/>
          <w:color w:val="365F91" w:themeColor="accent1" w:themeShade="BF"/>
          <w:sz w:val="18"/>
          <w:szCs w:val="20"/>
          <w:lang w:val="sq-AL"/>
        </w:rPr>
      </w:pPr>
      <w:r w:rsidRPr="002541D3">
        <w:rPr>
          <w:rFonts w:ascii="Arial" w:hAnsi="Arial" w:cs="Arial"/>
          <w:color w:val="365F91" w:themeColor="accent1" w:themeShade="BF"/>
          <w:sz w:val="18"/>
          <w:szCs w:val="20"/>
          <w:lang w:val="sq-AL"/>
        </w:rPr>
        <w:t>Ju lutemi form</w:t>
      </w:r>
      <w:r w:rsidR="008A3BD7" w:rsidRPr="002541D3">
        <w:rPr>
          <w:rFonts w:ascii="Arial" w:hAnsi="Arial" w:cs="Arial"/>
          <w:color w:val="365F91" w:themeColor="accent1" w:themeShade="BF"/>
          <w:sz w:val="18"/>
          <w:szCs w:val="20"/>
          <w:lang w:val="sq-AL"/>
        </w:rPr>
        <w:t>ulari</w:t>
      </w:r>
      <w:r w:rsidRPr="002541D3">
        <w:rPr>
          <w:rFonts w:ascii="Arial" w:hAnsi="Arial" w:cs="Arial"/>
          <w:color w:val="365F91" w:themeColor="accent1" w:themeShade="BF"/>
          <w:sz w:val="18"/>
          <w:szCs w:val="20"/>
          <w:lang w:val="sq-AL"/>
        </w:rPr>
        <w:t xml:space="preserve"> i plotësuar t</w:t>
      </w:r>
      <w:r w:rsidR="008A3BD7" w:rsidRPr="002541D3">
        <w:rPr>
          <w:rFonts w:ascii="Arial" w:hAnsi="Arial" w:cs="Arial"/>
          <w:color w:val="365F91" w:themeColor="accent1" w:themeShade="BF"/>
          <w:sz w:val="18"/>
          <w:szCs w:val="20"/>
          <w:lang w:val="sq-AL"/>
        </w:rPr>
        <w:t>ë</w:t>
      </w:r>
      <w:r w:rsidRPr="002541D3">
        <w:rPr>
          <w:rFonts w:ascii="Arial" w:hAnsi="Arial" w:cs="Arial"/>
          <w:color w:val="365F91" w:themeColor="accent1" w:themeShade="BF"/>
          <w:sz w:val="18"/>
          <w:szCs w:val="20"/>
          <w:lang w:val="sq-AL"/>
        </w:rPr>
        <w:t xml:space="preserve"> d</w:t>
      </w:r>
      <w:r w:rsidR="008A3BD7" w:rsidRPr="002541D3">
        <w:rPr>
          <w:rFonts w:ascii="Arial" w:hAnsi="Arial" w:cs="Arial"/>
          <w:color w:val="365F91" w:themeColor="accent1" w:themeShade="BF"/>
          <w:sz w:val="18"/>
          <w:szCs w:val="20"/>
          <w:lang w:val="sq-AL"/>
        </w:rPr>
        <w:t>ë</w:t>
      </w:r>
      <w:r w:rsidRPr="002541D3">
        <w:rPr>
          <w:rFonts w:ascii="Arial" w:hAnsi="Arial" w:cs="Arial"/>
          <w:color w:val="365F91" w:themeColor="accent1" w:themeShade="BF"/>
          <w:sz w:val="18"/>
          <w:szCs w:val="20"/>
          <w:lang w:val="sq-AL"/>
        </w:rPr>
        <w:t>rgohet</w:t>
      </w:r>
      <w:r w:rsidR="00C079B9" w:rsidRPr="002541D3">
        <w:rPr>
          <w:rFonts w:ascii="Arial" w:hAnsi="Arial" w:cs="Arial"/>
          <w:color w:val="365F91" w:themeColor="accent1" w:themeShade="BF"/>
          <w:sz w:val="18"/>
          <w:szCs w:val="20"/>
          <w:lang w:val="sq-AL"/>
        </w:rPr>
        <w:t xml:space="preserve"> në adresën e emailit</w:t>
      </w:r>
      <w:r w:rsidR="002541D3" w:rsidRPr="002541D3">
        <w:rPr>
          <w:rFonts w:ascii="Arial" w:hAnsi="Arial" w:cs="Arial"/>
          <w:color w:val="365F91" w:themeColor="accent1" w:themeShade="BF"/>
          <w:sz w:val="18"/>
          <w:szCs w:val="20"/>
          <w:lang w:val="sq-AL"/>
        </w:rPr>
        <w:t xml:space="preserve"> </w:t>
      </w:r>
      <w:hyperlink r:id="rId11" w:history="1">
        <w:r w:rsidR="00F97B7E" w:rsidRPr="00D33FEF">
          <w:rPr>
            <w:rStyle w:val="Hyperlink"/>
            <w:rFonts w:ascii="Arial" w:hAnsi="Arial" w:cs="Arial"/>
            <w:sz w:val="18"/>
            <w:szCs w:val="20"/>
            <w:lang w:val="sq-AL"/>
          </w:rPr>
          <w:t>Sekretaria.SP-Mjedisi@mjedisi.gov.al</w:t>
        </w:r>
      </w:hyperlink>
      <w:r w:rsidR="002541D3" w:rsidRPr="002541D3">
        <w:rPr>
          <w:rFonts w:ascii="Arial" w:hAnsi="Arial" w:cs="Arial"/>
          <w:color w:val="365F91" w:themeColor="accent1" w:themeShade="BF"/>
          <w:sz w:val="18"/>
          <w:szCs w:val="20"/>
          <w:lang w:val="sq-AL"/>
        </w:rPr>
        <w:t xml:space="preserve"> ,</w:t>
      </w:r>
      <w:r w:rsidRPr="002541D3">
        <w:rPr>
          <w:rFonts w:ascii="Arial" w:hAnsi="Arial" w:cs="Arial"/>
          <w:color w:val="365F91" w:themeColor="accent1" w:themeShade="BF"/>
          <w:sz w:val="18"/>
          <w:szCs w:val="20"/>
          <w:lang w:val="sq-AL"/>
        </w:rPr>
        <w:t xml:space="preserve"> deri </w:t>
      </w:r>
      <w:r w:rsidR="002541D3" w:rsidRPr="002541D3">
        <w:rPr>
          <w:rFonts w:ascii="Arial" w:hAnsi="Arial" w:cs="Arial"/>
          <w:color w:val="365F91" w:themeColor="accent1" w:themeShade="BF"/>
          <w:sz w:val="18"/>
          <w:szCs w:val="20"/>
          <w:lang w:val="sq-AL"/>
        </w:rPr>
        <w:t>m</w:t>
      </w:r>
      <w:r w:rsidR="008A3BD7" w:rsidRPr="002541D3">
        <w:rPr>
          <w:rFonts w:ascii="Arial" w:hAnsi="Arial" w:cs="Arial"/>
          <w:color w:val="365F91" w:themeColor="accent1" w:themeShade="BF"/>
          <w:sz w:val="18"/>
          <w:szCs w:val="20"/>
          <w:lang w:val="sq-AL"/>
        </w:rPr>
        <w:t>ë</w:t>
      </w:r>
      <w:r w:rsidRPr="002541D3">
        <w:rPr>
          <w:rFonts w:ascii="Arial" w:hAnsi="Arial" w:cs="Arial"/>
          <w:color w:val="365F91" w:themeColor="accent1" w:themeShade="BF"/>
          <w:sz w:val="18"/>
          <w:szCs w:val="20"/>
          <w:lang w:val="sq-AL"/>
        </w:rPr>
        <w:t xml:space="preserve"> dat</w:t>
      </w:r>
      <w:r w:rsidR="008A3BD7" w:rsidRPr="002541D3">
        <w:rPr>
          <w:rFonts w:ascii="Arial" w:hAnsi="Arial" w:cs="Arial"/>
          <w:color w:val="365F91" w:themeColor="accent1" w:themeShade="BF"/>
          <w:sz w:val="18"/>
          <w:szCs w:val="20"/>
          <w:lang w:val="sq-AL"/>
        </w:rPr>
        <w:t>ë</w:t>
      </w:r>
      <w:r w:rsidRPr="002541D3">
        <w:rPr>
          <w:rFonts w:ascii="Arial" w:hAnsi="Arial" w:cs="Arial"/>
          <w:color w:val="365F91" w:themeColor="accent1" w:themeShade="BF"/>
          <w:sz w:val="18"/>
          <w:szCs w:val="20"/>
          <w:lang w:val="sq-AL"/>
        </w:rPr>
        <w:t>n</w:t>
      </w:r>
      <w:r w:rsidR="00AE11FA" w:rsidRPr="002541D3">
        <w:rPr>
          <w:rFonts w:ascii="Arial" w:hAnsi="Arial" w:cs="Arial"/>
          <w:color w:val="365F91" w:themeColor="accent1" w:themeShade="BF"/>
          <w:sz w:val="18"/>
          <w:szCs w:val="20"/>
          <w:lang w:val="sq-AL"/>
        </w:rPr>
        <w:t xml:space="preserve"> </w:t>
      </w:r>
      <w:r w:rsidR="00F97B7E">
        <w:rPr>
          <w:rFonts w:ascii="Arial" w:hAnsi="Arial" w:cs="Arial"/>
          <w:color w:val="365F91" w:themeColor="accent1" w:themeShade="BF"/>
          <w:sz w:val="18"/>
          <w:szCs w:val="20"/>
          <w:lang w:val="sq-AL"/>
        </w:rPr>
        <w:t>10</w:t>
      </w:r>
      <w:r w:rsidR="00AE11FA" w:rsidRPr="002541D3">
        <w:rPr>
          <w:rFonts w:ascii="Arial" w:hAnsi="Arial" w:cs="Arial"/>
          <w:color w:val="365F91" w:themeColor="accent1" w:themeShade="BF"/>
          <w:sz w:val="18"/>
          <w:szCs w:val="20"/>
          <w:lang w:val="sq-AL"/>
        </w:rPr>
        <w:t xml:space="preserve"> nëntor 2026.</w:t>
      </w:r>
      <w:r w:rsidR="00C079B9" w:rsidRPr="002541D3">
        <w:rPr>
          <w:rFonts w:ascii="Arial" w:hAnsi="Arial" w:cs="Arial"/>
          <w:color w:val="365F91" w:themeColor="accent1" w:themeShade="BF"/>
          <w:sz w:val="18"/>
          <w:szCs w:val="20"/>
          <w:lang w:val="sq-AL"/>
        </w:rPr>
        <w:t xml:space="preserve"> Për të hyrë në Zonën Blu kërkohet akreditim për COP31.</w:t>
      </w:r>
      <w:r w:rsidRPr="002541D3">
        <w:rPr>
          <w:rFonts w:ascii="Arial" w:hAnsi="Arial" w:cs="Arial"/>
          <w:color w:val="365F91" w:themeColor="accent1" w:themeShade="BF"/>
          <w:sz w:val="18"/>
          <w:szCs w:val="20"/>
          <w:lang w:val="sq-AL"/>
        </w:rPr>
        <w:t xml:space="preserve"> </w:t>
      </w:r>
      <w:r w:rsidR="007E600F" w:rsidRPr="002541D3">
        <w:rPr>
          <w:rFonts w:ascii="Arial" w:hAnsi="Arial" w:cs="Arial"/>
          <w:color w:val="365F91" w:themeColor="accent1" w:themeShade="BF"/>
          <w:sz w:val="18"/>
          <w:szCs w:val="20"/>
          <w:lang w:val="sq-AL"/>
        </w:rPr>
        <w:t xml:space="preserve">/ </w:t>
      </w:r>
      <w:r w:rsidR="008A3BD7" w:rsidRPr="002541D3">
        <w:rPr>
          <w:rFonts w:ascii="Arial" w:hAnsi="Arial" w:cs="Arial"/>
          <w:color w:val="365F91" w:themeColor="accent1" w:themeShade="BF"/>
          <w:sz w:val="18"/>
          <w:szCs w:val="20"/>
          <w:lang w:val="sq-AL"/>
        </w:rPr>
        <w:t xml:space="preserve">Please send the completed form </w:t>
      </w:r>
      <w:r w:rsidR="00147C11">
        <w:rPr>
          <w:rFonts w:ascii="Arial" w:hAnsi="Arial" w:cs="Arial"/>
          <w:color w:val="365F91" w:themeColor="accent1" w:themeShade="BF"/>
          <w:sz w:val="18"/>
          <w:szCs w:val="20"/>
          <w:lang w:val="sq-AL"/>
        </w:rPr>
        <w:t>at</w:t>
      </w:r>
      <w:r w:rsidR="008A3BD7" w:rsidRPr="002541D3">
        <w:rPr>
          <w:rFonts w:ascii="Arial" w:hAnsi="Arial" w:cs="Arial"/>
          <w:color w:val="365F91" w:themeColor="accent1" w:themeShade="BF"/>
          <w:sz w:val="18"/>
          <w:szCs w:val="20"/>
          <w:lang w:val="sq-AL"/>
        </w:rPr>
        <w:t xml:space="preserve"> </w:t>
      </w:r>
      <w:hyperlink r:id="rId12" w:history="1">
        <w:r w:rsidR="00F97B7E" w:rsidRPr="00D33FEF">
          <w:rPr>
            <w:rStyle w:val="Hyperlink"/>
            <w:rFonts w:ascii="Arial" w:hAnsi="Arial" w:cs="Arial"/>
            <w:sz w:val="18"/>
            <w:szCs w:val="20"/>
            <w:lang w:val="sq-AL"/>
          </w:rPr>
          <w:t>Sekretaria.SP-Mjedisi@mjedisi.gov.al</w:t>
        </w:r>
      </w:hyperlink>
      <w:r w:rsidR="00F97B7E">
        <w:rPr>
          <w:rFonts w:ascii="Arial" w:hAnsi="Arial" w:cs="Arial"/>
          <w:sz w:val="18"/>
          <w:szCs w:val="20"/>
          <w:lang w:val="sq-AL"/>
        </w:rPr>
        <w:t xml:space="preserve"> </w:t>
      </w:r>
      <w:r w:rsidR="002541D3" w:rsidRPr="002541D3">
        <w:rPr>
          <w:rFonts w:ascii="Arial" w:hAnsi="Arial" w:cs="Arial"/>
          <w:color w:val="365F91" w:themeColor="accent1" w:themeShade="BF"/>
          <w:sz w:val="18"/>
          <w:szCs w:val="20"/>
          <w:lang w:val="sq-AL"/>
        </w:rPr>
        <w:t>,</w:t>
      </w:r>
      <w:r w:rsidR="008A3BD7" w:rsidRPr="002541D3">
        <w:rPr>
          <w:rFonts w:ascii="Arial" w:hAnsi="Arial" w:cs="Arial"/>
          <w:color w:val="365F91" w:themeColor="accent1" w:themeShade="BF"/>
          <w:sz w:val="18"/>
          <w:szCs w:val="20"/>
          <w:lang w:val="sq-AL"/>
        </w:rPr>
        <w:t xml:space="preserve">by </w:t>
      </w:r>
      <w:r w:rsidR="00AE11FA" w:rsidRPr="002541D3">
        <w:rPr>
          <w:rFonts w:ascii="Arial" w:hAnsi="Arial" w:cs="Arial"/>
          <w:color w:val="365F91" w:themeColor="accent1" w:themeShade="BF"/>
          <w:sz w:val="18"/>
          <w:szCs w:val="20"/>
          <w:lang w:val="sq-AL"/>
        </w:rPr>
        <w:t xml:space="preserve">November </w:t>
      </w:r>
      <w:r w:rsidR="00F97B7E">
        <w:rPr>
          <w:rFonts w:ascii="Arial" w:hAnsi="Arial" w:cs="Arial"/>
          <w:color w:val="365F91" w:themeColor="accent1" w:themeShade="BF"/>
          <w:sz w:val="18"/>
          <w:szCs w:val="20"/>
          <w:lang w:val="sq-AL"/>
        </w:rPr>
        <w:t>10</w:t>
      </w:r>
      <w:r w:rsidR="00AE11FA" w:rsidRPr="002541D3">
        <w:rPr>
          <w:rFonts w:ascii="Arial" w:hAnsi="Arial" w:cs="Arial"/>
          <w:color w:val="365F91" w:themeColor="accent1" w:themeShade="BF"/>
          <w:sz w:val="18"/>
          <w:szCs w:val="20"/>
          <w:lang w:val="sq-AL"/>
        </w:rPr>
        <w:t>th 2026</w:t>
      </w:r>
      <w:r w:rsidR="008A3BD7" w:rsidRPr="002541D3">
        <w:rPr>
          <w:rFonts w:ascii="Arial" w:hAnsi="Arial" w:cs="Arial"/>
          <w:color w:val="365F91" w:themeColor="accent1" w:themeShade="BF"/>
          <w:sz w:val="18"/>
          <w:szCs w:val="20"/>
          <w:lang w:val="sq-AL"/>
        </w:rPr>
        <w:t>. Accreditation</w:t>
      </w:r>
      <w:r w:rsidR="008A3BD7" w:rsidRPr="004074C9">
        <w:rPr>
          <w:rFonts w:ascii="Arial" w:hAnsi="Arial" w:cs="Arial"/>
          <w:color w:val="365F91" w:themeColor="accent1" w:themeShade="BF"/>
          <w:sz w:val="18"/>
          <w:szCs w:val="20"/>
          <w:lang w:val="sq-AL"/>
        </w:rPr>
        <w:t xml:space="preserve"> for COP31 is required to enter the Blue Zone.</w:t>
      </w:r>
    </w:p>
    <w:sectPr w:rsidR="007A3691" w:rsidRPr="004074C9" w:rsidSect="00034616">
      <w:headerReference w:type="default" r:id="rId13"/>
      <w:footerReference w:type="default" r:id="rId14"/>
      <w:pgSz w:w="12240" w:h="15840"/>
      <w:pgMar w:top="893" w:right="1123" w:bottom="792" w:left="1123" w:header="288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E7C027" w14:textId="77777777" w:rsidR="003D49EF" w:rsidRDefault="003D49EF" w:rsidP="00AF7986">
      <w:pPr>
        <w:spacing w:line="240" w:lineRule="auto"/>
      </w:pPr>
      <w:r>
        <w:separator/>
      </w:r>
    </w:p>
  </w:endnote>
  <w:endnote w:type="continuationSeparator" w:id="0">
    <w:p w14:paraId="3BE0579A" w14:textId="77777777" w:rsidR="003D49EF" w:rsidRDefault="003D49EF" w:rsidP="00AF798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0A9EF" w14:textId="47DBBCF0" w:rsidR="00AF7986" w:rsidRDefault="00AF7986">
    <w:pPr>
      <w:pStyle w:val="Foo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3EC2DE2" wp14:editId="65DF1971">
          <wp:simplePos x="0" y="0"/>
          <wp:positionH relativeFrom="column">
            <wp:posOffset>-735965</wp:posOffset>
          </wp:positionH>
          <wp:positionV relativeFrom="paragraph">
            <wp:posOffset>-1406525</wp:posOffset>
          </wp:positionV>
          <wp:extent cx="7802880" cy="1815465"/>
          <wp:effectExtent l="0" t="0" r="7620" b="0"/>
          <wp:wrapNone/>
          <wp:docPr id="119944757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05162" cy="18159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1F40A9" w14:textId="77777777" w:rsidR="003D49EF" w:rsidRDefault="003D49EF" w:rsidP="00AF7986">
      <w:pPr>
        <w:spacing w:line="240" w:lineRule="auto"/>
      </w:pPr>
      <w:r>
        <w:separator/>
      </w:r>
    </w:p>
  </w:footnote>
  <w:footnote w:type="continuationSeparator" w:id="0">
    <w:p w14:paraId="4DE4A591" w14:textId="77777777" w:rsidR="003D49EF" w:rsidRDefault="003D49EF" w:rsidP="00AF798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79077A" w14:textId="2E51049C" w:rsidR="007B7E4C" w:rsidRDefault="007B7E4C">
    <w:pPr>
      <w:pStyle w:val="Head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752AA19F" wp14:editId="661B3636">
          <wp:simplePos x="0" y="0"/>
          <wp:positionH relativeFrom="margin">
            <wp:posOffset>2255520</wp:posOffset>
          </wp:positionH>
          <wp:positionV relativeFrom="paragraph">
            <wp:posOffset>-305435</wp:posOffset>
          </wp:positionV>
          <wp:extent cx="1447800" cy="864235"/>
          <wp:effectExtent l="0" t="0" r="0" b="0"/>
          <wp:wrapTopAndBottom/>
          <wp:docPr id="145162318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5652886" name="Picture 166565288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7800" cy="8642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66833473">
    <w:abstractNumId w:val="8"/>
  </w:num>
  <w:num w:numId="2" w16cid:durableId="1102650489">
    <w:abstractNumId w:val="6"/>
  </w:num>
  <w:num w:numId="3" w16cid:durableId="1075009530">
    <w:abstractNumId w:val="5"/>
  </w:num>
  <w:num w:numId="4" w16cid:durableId="1023365296">
    <w:abstractNumId w:val="4"/>
  </w:num>
  <w:num w:numId="5" w16cid:durableId="705254651">
    <w:abstractNumId w:val="7"/>
  </w:num>
  <w:num w:numId="6" w16cid:durableId="1006708793">
    <w:abstractNumId w:val="3"/>
  </w:num>
  <w:num w:numId="7" w16cid:durableId="203953939">
    <w:abstractNumId w:val="2"/>
  </w:num>
  <w:num w:numId="8" w16cid:durableId="850950958">
    <w:abstractNumId w:val="1"/>
  </w:num>
  <w:num w:numId="9" w16cid:durableId="19533178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0A44"/>
    <w:rsid w:val="0006063C"/>
    <w:rsid w:val="00073343"/>
    <w:rsid w:val="00147C11"/>
    <w:rsid w:val="0015074B"/>
    <w:rsid w:val="0016186B"/>
    <w:rsid w:val="00237FBB"/>
    <w:rsid w:val="00244D96"/>
    <w:rsid w:val="002541D3"/>
    <w:rsid w:val="0029639D"/>
    <w:rsid w:val="002E6743"/>
    <w:rsid w:val="00326F90"/>
    <w:rsid w:val="003674FE"/>
    <w:rsid w:val="00380E35"/>
    <w:rsid w:val="003D49EF"/>
    <w:rsid w:val="004074C9"/>
    <w:rsid w:val="00415A04"/>
    <w:rsid w:val="004F13ED"/>
    <w:rsid w:val="005638C5"/>
    <w:rsid w:val="005E03C4"/>
    <w:rsid w:val="006965C2"/>
    <w:rsid w:val="0074556B"/>
    <w:rsid w:val="007A3691"/>
    <w:rsid w:val="007B7E4C"/>
    <w:rsid w:val="007E600F"/>
    <w:rsid w:val="008A3BD7"/>
    <w:rsid w:val="009E4F9B"/>
    <w:rsid w:val="00AA1D8D"/>
    <w:rsid w:val="00AA4791"/>
    <w:rsid w:val="00AB3454"/>
    <w:rsid w:val="00AE11FA"/>
    <w:rsid w:val="00AF7986"/>
    <w:rsid w:val="00B145EF"/>
    <w:rsid w:val="00B47730"/>
    <w:rsid w:val="00BB327D"/>
    <w:rsid w:val="00C079B9"/>
    <w:rsid w:val="00C603B0"/>
    <w:rsid w:val="00C9456B"/>
    <w:rsid w:val="00CB0664"/>
    <w:rsid w:val="00DE3806"/>
    <w:rsid w:val="00F97B7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30"/>
  <w15:docId w15:val="{266260D8-83BC-4B4E-94EB-947CEDA51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eastAsia="Calibri" w:hAnsi="Calibri" w:cs="Calibri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" w:line="245" w:lineRule="auto"/>
      <w:contextualSpacing/>
    </w:pPr>
    <w:rPr>
      <w:b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EnglishTitle">
    <w:name w:val="English Title"/>
    <w:pPr>
      <w:spacing w:after="100" w:line="240" w:lineRule="auto"/>
    </w:pPr>
    <w:rPr>
      <w:rFonts w:ascii="Calibri" w:eastAsia="Calibri" w:hAnsi="Calibri" w:cs="Calibri"/>
      <w:color w:val="000000"/>
      <w:sz w:val="30"/>
    </w:rPr>
  </w:style>
  <w:style w:type="paragraph" w:customStyle="1" w:styleId="Pavilion">
    <w:name w:val="Pavilion"/>
    <w:pPr>
      <w:spacing w:after="120" w:line="259" w:lineRule="auto"/>
    </w:pPr>
    <w:rPr>
      <w:rFonts w:ascii="Calibri" w:eastAsia="Calibri" w:hAnsi="Calibri" w:cs="Calibri"/>
      <w:b/>
      <w:color w:val="000000"/>
      <w:sz w:val="19"/>
    </w:rPr>
  </w:style>
  <w:style w:type="paragraph" w:customStyle="1" w:styleId="LocationDate">
    <w:name w:val="Location Date"/>
    <w:pPr>
      <w:spacing w:after="120" w:line="259" w:lineRule="auto"/>
    </w:pPr>
    <w:rPr>
      <w:rFonts w:ascii="Calibri" w:eastAsia="Calibri" w:hAnsi="Calibri" w:cs="Calibri"/>
      <w:b/>
      <w:color w:val="000000"/>
    </w:rPr>
  </w:style>
  <w:style w:type="paragraph" w:customStyle="1" w:styleId="Instructions">
    <w:name w:val="Instructions"/>
    <w:pPr>
      <w:spacing w:after="120" w:line="259" w:lineRule="auto"/>
    </w:pPr>
    <w:rPr>
      <w:rFonts w:ascii="Calibri" w:eastAsia="Calibri" w:hAnsi="Calibri" w:cs="Calibri"/>
      <w:color w:val="000000"/>
      <w:sz w:val="20"/>
    </w:rPr>
  </w:style>
  <w:style w:type="paragraph" w:customStyle="1" w:styleId="FieldLabel">
    <w:name w:val="Field Label"/>
    <w:pPr>
      <w:keepNext/>
      <w:spacing w:before="120" w:after="40" w:line="259" w:lineRule="auto"/>
    </w:pPr>
    <w:rPr>
      <w:rFonts w:ascii="Calibri" w:eastAsia="Calibri" w:hAnsi="Calibri" w:cs="Calibri"/>
      <w:b/>
      <w:color w:val="000000"/>
    </w:rPr>
  </w:style>
  <w:style w:type="paragraph" w:customStyle="1" w:styleId="Answer">
    <w:name w:val="Answer"/>
    <w:pPr>
      <w:spacing w:after="60"/>
    </w:pPr>
    <w:rPr>
      <w:rFonts w:ascii="Calibri" w:eastAsia="Calibri" w:hAnsi="Calibri" w:cs="Calibri"/>
      <w:color w:val="383B40"/>
      <w:sz w:val="21"/>
    </w:rPr>
  </w:style>
  <w:style w:type="paragraph" w:customStyle="1" w:styleId="Help">
    <w:name w:val="Help"/>
    <w:pPr>
      <w:keepNext/>
      <w:spacing w:after="60" w:line="254" w:lineRule="auto"/>
    </w:pPr>
    <w:rPr>
      <w:rFonts w:ascii="Calibri" w:eastAsia="Calibri" w:hAnsi="Calibri" w:cs="Calibri"/>
      <w:color w:val="41444A"/>
      <w:sz w:val="19"/>
    </w:rPr>
  </w:style>
  <w:style w:type="paragraph" w:customStyle="1" w:styleId="EndNote">
    <w:name w:val="End Note"/>
    <w:pPr>
      <w:spacing w:before="60" w:after="0" w:line="252" w:lineRule="auto"/>
    </w:pPr>
    <w:rPr>
      <w:rFonts w:ascii="Calibri" w:eastAsia="Calibri" w:hAnsi="Calibri" w:cs="Calibri"/>
      <w:color w:val="33363B"/>
      <w:sz w:val="19"/>
    </w:rPr>
  </w:style>
  <w:style w:type="character" w:styleId="PlaceholderText">
    <w:name w:val="Placeholder Text"/>
    <w:basedOn w:val="DefaultParagraphFont"/>
    <w:uiPriority w:val="99"/>
    <w:semiHidden/>
    <w:rsid w:val="006965C2"/>
    <w:rPr>
      <w:color w:val="666666"/>
    </w:rPr>
  </w:style>
  <w:style w:type="character" w:styleId="Hyperlink">
    <w:name w:val="Hyperlink"/>
    <w:basedOn w:val="DefaultParagraphFont"/>
    <w:uiPriority w:val="99"/>
    <w:unhideWhenUsed/>
    <w:rsid w:val="002541D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541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jSekretaria.SP-Mjedisi@mjedisi.gov.al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ekretaria.SP-Mjedisi@mjedisi.gov.al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PavilionPlaceholder1"/>
        <w:category>
          <w:name w:val="General"/>
          <w:gallery w:val="placeholder"/>
        </w:category>
        <w:types>
          <w:type w:val="autoExp"/>
        </w:types>
        <w:behaviors>
          <w:behavior w:val="content"/>
        </w:behaviors>
        <w:guid w:val="{49ADB8E0-8595-4B9A-9DE7-20F1BC92D049}"/>
      </w:docPartPr>
      <w:docPartBody>
        <w:p w:rsidR="00780A5E" w:rsidRDefault="00FE2595">
          <w:r>
            <w:t>Emri i organizatorit dhe, nëse ka, i partnerëve / Name of organiser and any partners</w:t>
          </w:r>
        </w:p>
      </w:docPartBody>
    </w:docPart>
    <w:docPart>
      <w:docPartPr>
        <w:name w:val="PavilionPlaceholder2"/>
        <w:category>
          <w:name w:val="General"/>
          <w:gallery w:val="placeholder"/>
        </w:category>
        <w:types>
          <w:type w:val="autoExp"/>
        </w:types>
        <w:behaviors>
          <w:behavior w:val="content"/>
        </w:behaviors>
        <w:guid w:val="{8DE638F2-2ED8-4456-8142-C1AC439439B2}"/>
      </w:docPartPr>
      <w:docPartBody>
        <w:p w:rsidR="00780A5E" w:rsidRDefault="00FE2595">
          <w:r>
            <w:t>Emri, mbiemri dhe adresa e emailit / Full name and email address</w:t>
          </w:r>
        </w:p>
      </w:docPartBody>
    </w:docPart>
    <w:docPart>
      <w:docPartPr>
        <w:name w:val="PavilionPlaceholder3"/>
        <w:category>
          <w:name w:val="General"/>
          <w:gallery w:val="placeholder"/>
        </w:category>
        <w:types>
          <w:type w:val="autoExp"/>
        </w:types>
        <w:behaviors>
          <w:behavior w:val="content"/>
        </w:behaviors>
        <w:guid w:val="{81EF2235-97AA-435C-B643-4C74245DA268}"/>
      </w:docPartPr>
      <w:docPartBody>
        <w:p w:rsidR="00780A5E" w:rsidRDefault="00FE2595">
          <w:r>
            <w:t>Titulli i propozuar / Proposed title</w:t>
          </w:r>
        </w:p>
      </w:docPartBody>
    </w:docPart>
    <w:docPart>
      <w:docPartPr>
        <w:name w:val="PavilionPlaceholder4"/>
        <w:category>
          <w:name w:val="General"/>
          <w:gallery w:val="placeholder"/>
        </w:category>
        <w:types>
          <w:type w:val="autoExp"/>
        </w:types>
        <w:behaviors>
          <w:behavior w:val="content"/>
        </w:behaviors>
        <w:guid w:val="{C2BE9E62-7619-4046-B663-88F87AB2AF54}"/>
      </w:docPartPr>
      <w:docPartBody>
        <w:p w:rsidR="00780A5E" w:rsidRDefault="00FE2595">
          <w:r>
            <w:t>Shkruani këtu / Type here</w:t>
          </w:r>
          <w:r>
            <w:br/>
          </w:r>
          <w:r>
            <w:br/>
          </w:r>
        </w:p>
      </w:docPartBody>
    </w:docPart>
    <w:docPart>
      <w:docPartPr>
        <w:name w:val="PavilionPlaceholder5"/>
        <w:category>
          <w:name w:val="General"/>
          <w:gallery w:val="placeholder"/>
        </w:category>
        <w:types>
          <w:type w:val="autoExp"/>
        </w:types>
        <w:behaviors>
          <w:behavior w:val="content"/>
        </w:behaviors>
        <w:guid w:val="{23114473-1171-44D7-A906-4913A26DD3CB}"/>
      </w:docPartPr>
      <w:docPartBody>
        <w:p w:rsidR="00780A5E" w:rsidRDefault="00FE2595">
          <w:r>
            <w:t>Zgjidhni formatin / Select a format</w:t>
          </w:r>
        </w:p>
      </w:docPartBody>
    </w:docPart>
    <w:docPart>
      <w:docPartPr>
        <w:name w:val="PavilionPlaceholder6"/>
        <w:category>
          <w:name w:val="General"/>
          <w:gallery w:val="placeholder"/>
        </w:category>
        <w:types>
          <w:type w:val="autoExp"/>
        </w:types>
        <w:behaviors>
          <w:behavior w:val="content"/>
        </w:behaviors>
        <w:guid w:val="{C59AC03C-E829-40A6-9A8E-E19593486FA1}"/>
      </w:docPartPr>
      <w:docPartBody>
        <w:p w:rsidR="00780A5E" w:rsidRDefault="00FE2595">
          <w:r>
            <w:t>P.sh. 45 minuta, paradite (ora lokale) / E.g. 45 minutes, morning (local time)</w:t>
          </w:r>
        </w:p>
      </w:docPartBody>
    </w:docPart>
    <w:docPart>
      <w:docPartPr>
        <w:name w:val="PavilionPlaceholder7"/>
        <w:category>
          <w:name w:val="General"/>
          <w:gallery w:val="placeholder"/>
        </w:category>
        <w:types>
          <w:type w:val="autoExp"/>
        </w:types>
        <w:behaviors>
          <w:behavior w:val="content"/>
        </w:behaviors>
        <w:guid w:val="{4924474A-471A-4A13-9CA5-4190863F8770}"/>
      </w:docPartPr>
      <w:docPartBody>
        <w:p w:rsidR="00780A5E" w:rsidRDefault="00FE2595">
          <w:r>
            <w:t>Emri, institucioni dhe statusi (i ftuar ose i konfirmuar) / Name, affiliation and status (invited or confirmed)</w:t>
          </w:r>
          <w:r>
            <w:br/>
          </w:r>
        </w:p>
      </w:docPartBody>
    </w:docPart>
    <w:docPart>
      <w:docPartPr>
        <w:name w:val="PavilionPlaceholder8"/>
        <w:category>
          <w:name w:val="General"/>
          <w:gallery w:val="placeholder"/>
        </w:category>
        <w:types>
          <w:type w:val="autoExp"/>
        </w:types>
        <w:behaviors>
          <w:behavior w:val="content"/>
        </w:behaviors>
        <w:guid w:val="{D9C37F94-B525-496B-B28D-89FD5F858569}"/>
      </w:docPartPr>
      <w:docPartBody>
        <w:p w:rsidR="00780A5E" w:rsidRDefault="00FE2595">
          <w:r>
            <w:t>Gjuha ose gjuhët e parashikuara / Proposed language or languages</w:t>
          </w:r>
        </w:p>
      </w:docPartBody>
    </w:docPart>
    <w:docPart>
      <w:docPartPr>
        <w:name w:val="PavilionPlaceholder9"/>
        <w:category>
          <w:name w:val="General"/>
          <w:gallery w:val="placeholder"/>
        </w:category>
        <w:types>
          <w:type w:val="autoExp"/>
        </w:types>
        <w:behaviors>
          <w:behavior w:val="content"/>
        </w:behaviors>
        <w:guid w:val="{4AD769C8-3950-40BA-A0B4-1C293DF89CB5}"/>
      </w:docPartPr>
      <w:docPartBody>
        <w:p w:rsidR="00780A5E" w:rsidRDefault="00FE2595">
          <w:r>
            <w:t>Zgjidhni statusin aktual / Select current status</w:t>
          </w:r>
        </w:p>
      </w:docPartBody>
    </w:docPart>
    <w:docPart>
      <w:docPartPr>
        <w:name w:val="PavilionPlaceholder10"/>
        <w:category>
          <w:name w:val="General"/>
          <w:gallery w:val="placeholder"/>
        </w:category>
        <w:types>
          <w:type w:val="autoExp"/>
        </w:types>
        <w:behaviors>
          <w:behavior w:val="content"/>
        </w:behaviors>
        <w:guid w:val="{AE00A7E5-FFC1-40A7-877E-7C6D1CC92DF9}"/>
      </w:docPartPr>
      <w:docPartBody>
        <w:p w:rsidR="00780A5E" w:rsidRDefault="00FE2595">
          <w:r>
            <w:t>Plotësojeni nëse keni kërkesa të veçanta / Please specify any requirements, if applicable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80A5E"/>
    <w:rsid w:val="0016186B"/>
    <w:rsid w:val="002F65B9"/>
    <w:rsid w:val="004F13ED"/>
    <w:rsid w:val="00715C04"/>
    <w:rsid w:val="00780A5E"/>
    <w:rsid w:val="00940F83"/>
    <w:rsid w:val="00987470"/>
    <w:rsid w:val="00AB3454"/>
    <w:rsid w:val="00B50F67"/>
    <w:rsid w:val="00DE3806"/>
    <w:rsid w:val="00FE2595"/>
    <w:rsid w:val="00FE3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40F83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fbc2e3a-16eb-4232-ad88-3002cbe10be8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0D061DD8FE2D1479D96053A803D964C" ma:contentTypeVersion="10" ma:contentTypeDescription="Ein neues Dokument erstellen." ma:contentTypeScope="" ma:versionID="13b48005894ab3f901cafd53e7f8da99">
  <xsd:schema xmlns:xsd="http://www.w3.org/2001/XMLSchema" xmlns:xs="http://www.w3.org/2001/XMLSchema" xmlns:p="http://schemas.microsoft.com/office/2006/metadata/properties" xmlns:ns2="ffbc2e3a-16eb-4232-ad88-3002cbe10be8" targetNamespace="http://schemas.microsoft.com/office/2006/metadata/properties" ma:root="true" ma:fieldsID="75cb90a8869790a2135d135687d4d206" ns2:_="">
    <xsd:import namespace="ffbc2e3a-16eb-4232-ad88-3002cbe10b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c2e3a-16eb-4232-ad88-3002cbe10b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0aed264e-563a-469a-8ebe-271e849ec10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F5A5ECC-D0E3-40F4-BF60-EC4292097EF8}">
  <ds:schemaRefs>
    <ds:schemaRef ds:uri="http://schemas.microsoft.com/office/2006/metadata/properties"/>
    <ds:schemaRef ds:uri="http://schemas.microsoft.com/office/infopath/2007/PartnerControls"/>
    <ds:schemaRef ds:uri="ffbc2e3a-16eb-4232-ad88-3002cbe10be8"/>
  </ds:schemaRefs>
</ds:datastoreItem>
</file>

<file path=customXml/itemProps2.xml><?xml version="1.0" encoding="utf-8"?>
<ds:datastoreItem xmlns:ds="http://schemas.openxmlformats.org/officeDocument/2006/customXml" ds:itemID="{0CEE2FF7-3F7E-49C2-B480-CA640ECC22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bc2e3a-16eb-4232-ad88-3002cbe10b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5C5CFD6-30B9-448B-AF00-41FC731E4AF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320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 për aktivitete në Pavijonin e Shqipërisë në COP31</dc:title>
  <dc:subject>19 nëntor 2026 | Albania Pavilion event proposals</dc:subject>
  <dc:creator>Pavijoni i Shqipërisë në COP31</dc:creator>
  <cp:keywords>COP31, Albania Pavilion, 19 November 2026, event proposal</cp:keywords>
  <dc:description/>
  <cp:lastModifiedBy>Fatjona Cinaj</cp:lastModifiedBy>
  <cp:revision>2</cp:revision>
  <dcterms:created xsi:type="dcterms:W3CDTF">2026-11-06T08:21:00Z</dcterms:created>
  <dcterms:modified xsi:type="dcterms:W3CDTF">2026-11-06T08:21:00Z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0x01010010D061DD8FE2D1479D96053A803D964C</vt:lpwstr>
  </property>
</Properties>
</file>